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5: Cities Growing - Urbanization Up Close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What does urbanization mean? One sentence.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benefit and one challenge of fast-growing cities.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Use one piece of evidence to support an idea about cities.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what urbanization means.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